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לצוות המערכת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נושאי השיח של צוות המערכת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יצירות, נושא, עבודת צוות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על קבלת החלטות משותפת בצוות 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כותרת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על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הכרעה כשיש חילוקי דעות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חבר צוות עונה, ואחר כך מחליטים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קטגוריית 'על העבודה בצוות'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בקלף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בדיוק השאלה בקלף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קלף 10 עוסק בכותרת, קלף 12 עוסק במושגים ספרותיים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מתנגדת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קלף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(על היצירות)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(על העבודה בצוות)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(על הכתיבה)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(על היצירות)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בתהליך עבודת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הצוות בוחר נושא מרכזי לעיתון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הצוות בודק אם הנושא רחב מדי או צר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הצוות מחלק תפקידים לפי מה שכל אחד עושה הכי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הצוות כותב ליד מעניין לכל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הצוות בוחר כותרת סופית לעיתון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ישירות לשאלת הקלף שנבחר, בשפה ברורה ובדוגמה מהעבודה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כלל ברור, הוגן וישים, למשל הצבעה או תורות בהחלטה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מהקלפים 10-12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להחליט יחד כצוות מה נכנס לעיתון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 בפועל בקבוצות קטנות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תשובות אישיות ומגוונות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לדיון אמיתי בצוותי העיתון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לצוות המערכת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קלפי השיח יש 12 קלפים ב-4 צבעים: יצירות, נושא, עבודה בצוות וכתיבה. כל חבר צוות הופך קלף ועונה, ואז הצוות מחליט מה ייכנס לעיתון השיתופי.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צבעים יש בקלפי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קלפים יש במשחק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קלף מספר 10 שואל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חלוקת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קלף שעוסק ב'ליד' שייך לקטגוריית...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היצירות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העבודה בצוות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קלף 8 עוסק בשאלה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בחירת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הכרעה כשיש חילוקי 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בחירת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יצירה חוזרת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קלף עונה רק חבר צוות אחד, והשאר שותקים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הקטגוריות עוסקת בעבודה בצוות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מספר 3 שואל על פרט קטן שחוזר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של קלף 5 היא לבדוק אם הנושא רחב מדי או צר מדי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12 עוסק בבחירת שם לעיתון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קלף מספר 1 שואל איזה רגע ביצירה הוא ה__________ הכי מרעישה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קלף מספר 4 מבקש דוגמה מהעולם ש__________ אותנו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קלף מספר 6 שואל איזו יצירה __________ לנושא שבחרנו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קלף מספר 11 שואל איך נגרום לקורא להתעניין כבר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קלף מספר 9 שואל מה נעשה אם מישהו לא עומד ב__________ הזמנים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קלף מספר 7 שואל מה כל אחד עושה הכי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קלף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קלף 2 - פגישת דמויות מיצירות שונות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קלף 5 - האם הנושא רחב מדי או צר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 הכתיבה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קלף 7 - מה כל אחד עושה הכי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 היצירות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קלף 10 - כותרת לעיתון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 העבודה בצוות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קלף 3 - פרט חוזר ביצירה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על היצירות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בתהליך עבודת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בוחר כותרת סופית לעיתון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כותב ליד מעניין לכל 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בוחר נושא מרכזי לעיתון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בודק אם הנושא רחב מדי או צר מדי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מחלק תפקידים לפי מה שכל אחד עושה הכי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קלף אחד מתוך ה-12 וכתבו תשובה מלאה שלכם לשאלה שבו, בשם הצוות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כלל אחד שהצוות שלכם יכול לקבוע כדי להכריע בצורה הוגנת כשיש חילוקי דעות (כמו בקלף 8).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צבעים (קטגוריות) יש בקלפי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אחת מקטגוריית 'על הכתיבה'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אחרי שכל חבר צוות עונה על קלף?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לצוות המערכת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