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נושאי השיח של צוות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יצירות, נושא, עבודת צוות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קבלת החלטות משותפת בצוות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כותרת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על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הכרעה כשיש חילוקי 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חבר צוות עונה, ואחר כך מחליטים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קטגוריית 'על העבודה בצוות'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בקלף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השאלה בקלף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קלף 10 עוסק בכותרת, קלף 12 עוסק במושגים 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מתנגדת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 היצירות)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(על העבודה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(על הכתיבה)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(על היצירות)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בתהליך 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הצוות בוחר נושא מרכזי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הצוות בודק אם הנושא רחב מדי או צר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מחלק תפקידים לפי מה שכל אחד עושה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כותב ליד מעניין לכל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הצוות בוחר כותרת סופית לעיתון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ישירות לשאלת הקלף שנבחר, בשפה ברורה ובדוגמה מהעבודה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כלל ברור, הוגן וישים, למשל הצבעה או תורות בהחלטה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מהקלפים 10-12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להחליט יחד כצוות מה נכנס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ומגוונות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לדיון אמיתי בצוותי העיתון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12 קלפים. בכל קלף יש שאלה אחת. הקלפים מחולקים לארבעה נושאים. קוראים את השאלה ועונים עליה ביחד עם הצוות.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 מערכת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שמכינה יחד את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בכתבה, שמושך את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הכרעה הוגנת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להחליט בצוות כשיש חילוקי דעות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זמנים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תאריכים שבה צריך לסיים כל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מקצועית שמתארת תופעה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העיתון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שכל הכתבות קשורות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חלוקת תפקידים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עושה מה בצוות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קלפים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10 שואל איזו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חלוקת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שאלת ליד שייכת לאיזה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העבודה בצוות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קלף 8 שואל על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הכרעה כשיש חילוקי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יצירה חוזרת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קלף עונה רק חבר צוות אחד, והשאר שותקים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בעבודה בצוות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מספר 3 שואל על פרט קטן שחוזר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קלף 5 היא לבדוק אם הנושא רחב מדי או צר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12 עוסק בבחירת שם לעיתון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מספר 1 שואל איזה רגע ביצירה הוא ה__________ הכי מרעישה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4 מבקש דוגמה מהעולם ש__________ אותנו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6 שואל איזו יצירה __________ לנושא שבחרנו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11 שואל איך נגרום לקורא להתעניין כבר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קלף מספר 9 שואל מה נעשה אם מישהו לא עומד ב__________ הזמנים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קלף מספר 7 שואל מה כל אחד עושה הכי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קלף 2 - פגישת דמויות מיצירות שונות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קלף 5 - האם הנושא רחב מדי או צר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קלף 7 - מה כל אחד עושה הכי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קלף 10 - כותרת לעיתון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 3 - פרט חוזר ביצירה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 העבודה בצוות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בתהליך 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כותב ליד מעניין לכל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בודק אם הנושא רחב מדי או צר מדי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בוחר נושא מרכזי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מחלק תפקידים לפי מה שכל אחד עושה הכי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בוחר כותרת סופית לעיתון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קלף אחד מתוך ה-12 וכתבו תשובה מלאה שלכם לשאלה שבו, בשם הצוות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שהצוות שלכם יכול לקבוע כדי להכריע בצורה הוגנת כשיש חילוקי דעות (כמו בקלף 8).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צבעים (קטגוריות) יש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אחת מקטגוריית 'על הכתיבה'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אחרי שכל חבר צוות עונה על קלף?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לצוות המערכת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