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לצוות המערכת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נושאי השיח של צוות המערכת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יצירות, נושא, עבודת צוות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להתאמן על קבלת החלטות משותפת בצוות 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הקטגוריות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כותרת העיתון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 חבר צוות עונה, ואחר כך מחליטים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יש קטגוריית 'על העבודה בצוות'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סביב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מתנגדת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קלף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(על היצירות)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(על הנושא)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(על העבודה בצוות)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(על הכתיבה)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בתהליך עבודת הצוות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הצוות בוחר נושא מרכזי לעיתון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הצוות בודק אם הנושא רחב מדי או צר מדי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הצוות מחלק תפקידים לפי מה שכל אחד עושה הכי טוב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הצוות כותב ליד מעניין לכל כתבה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ושיח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ישירות לשאלת הקלף שנבחר, בשפה ברורה ובדוגמה מהעבודה בפועל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4 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שאלה מהקלפים 10-12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להחליט יחד כצוות מה נכנס לעיתון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את המשחק בפועל בקבוצות קטנות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תשובות אישיות ומגוונות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בדף כהכנה לדיון אמיתי בצוותי העיתון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לצוות המערכת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במשחק קלפי השיח יש 12 קלפים ב-4 צבעים: יצירות, נושא, עבודה בצוות וכתיבה. כל חבר צוות הופך קלף ועונה, ואז הצוות מחליט מה ייכנס לעיתון השיתופי.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מתנגדת  ·  סביב  ·  ליד  ·  חדשה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צבעים יש בקלפי השיח?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קלפים יש במשחק בסך הכול?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קלף מספר 10 שואל על...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היצירה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כותרת העיתון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חלוקת תפקידים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בכל קלף עונה רק חבר צוות אחד, והשאר שותקים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אחת הקטגוריות עוסקת בעבודה בצוות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קלף מספר 1 שואל איזה רגע ביצירה הוא ה__________ הכי מרעישה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קלף מספר 4 מבקש דוגמה מהעולם ש__________ אותנו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קלף מספר 6 שואל איזו יצירה __________ לנושא שבחרנו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קלף מספר 11 שואל איך נגרום לקורא להתעניין כבר מה__________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קלף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קלף 2 - פגישת דמויות מיצירות שונות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על הנושא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קלף 5 - האם הנושא רחב מדי או צר מדי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על הכתיבה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קלף 7 - מה כל אחד עושה הכי 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על היצירות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קלף 10 - כותרת לעיתון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על העבודה בצוות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בתהליך עבודת הצוות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הצוות מחלק תפקידים לפי מה שכל אחד עושה הכי טוב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הצוות כותב ליד מעניין לכל כתבה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הצוות בוחר נושא מרכזי לעיתון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הצוות בודק אם הנושא רחב מדי או צר מדי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ושיח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קלף אחד מתוך ה-12 וכתבו תשובה מלאה שלכם לשאלה שבו, בשם הצוות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צבעים (קטגוריות) יש בקלפי השיח?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לשאלה אחת מקטגוריית 'על הכתיבה'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שיח לצוות המערכת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